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משאבים שימושיים למסע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הנושאים השונים שעומדים מאחורי המשאבים במסע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כמו מחזור המים, קשת וסיגד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סוגי משאבים (ספרים, מפות, ניסויים) לתוכן שהם משרתים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הם הופכים לעננים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מנסרה או כוס זכוכית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רחל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ברשימת ספריית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המפה מיועדת למסע אברהם ושרה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מהצעת קהילה וסביבה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משאב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(ספרי ילדים על גשם וסיפורי תנ״ך)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(מפת ארץ ישראל ומפת 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(כוס מדידה לגשם וצמחי קטניות)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(מתכונים משפחתיים וטעימת לחם מסורתי)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למשאב אחד מהדף ולסיבה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אידוי, עננים וגשם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ממשאבי הדף כמו ספר, כלי מטבח או חומר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אמיתית מכל קטגוריית משאב ולהראות לתלמידים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לדיון קצר על למה כל משאב מתאים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הפתוחה אפשר לעודד שיתוף בעל פה בזוגות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משאבים שימושיים למסע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המשאבים מוצעים כלים שונים להעשרת מסע המורשת - ספרים, מפות, מוזיקה, ניסויים ועוד. בדף תרגול זה נתרגל את המושגים והתכנים שעומדים מאחורי המשאבים.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סיגד  ·  רחל  ·  קשת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במחזור המים אחרי שהמים מתאדים לשמיים?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הופכים לעננים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נעלמים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הופכים לאבנים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חפץ אפשר ליצור קשת צבעים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מנסרה או כוס 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כוס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מהדמויות הבאות מופיעה בסיפורי התנ״ך שמוזכרים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בספריית הכיתה אפשר למצוא ספרים על עלייה ועל קהילות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מפת המזרח התיכון הקדום משמשת למסע של אברהם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לקיים שיחה עם בני קהילה כמו סבים ועולים כחלק מהמסע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היא התופעה הצבעונית שרואים בשמיים אחרי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נח, אברהם ושרה ו__________ הן דמויות מהתנ״ך המוזכרות במשאבים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הוא חג מסורתי של יהודי אתיופיה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משאב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ספרייה 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מפת ארץ ישראל ומפת 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מפות ומסלולים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ספרי ילדים על גשם וסיפורי תנ״ך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ערכת ניסויים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מתכונים משפחתיים וטעימת לחם מסורתי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מטבח של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כוס מדידה לגשם וצמחי קטניות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באיזה משאב מהדף הייתם רוצים להשתמש במסע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מחזור המים?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חג מוזכר בדף כקשור למורשת יהודי אתיופיה?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משאבים שימושיים למסע המורשת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