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משאבים שימושיים למסע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הנושאים השונים שעומדים מאחורי המשאבים במסע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כמו מחזור המים, קשת וסיגד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סוגי משאבים (ספרים, מפות, ניסויים) לתוכן שהם משרתים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הם הופכים לעננים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מנסרה או כוס 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כוס מדידה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צמחי קטניות 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ברשימת ספריית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המפה מיועדת למסע אברהם ושרה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מומלץ להשמיע מוזיקה ללא חלוקת מילים מוגנות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חלק מהצעת קהילה וסביבה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לשים לב לאלרגיות בהכנת מתכונים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בדף תחת כלי משחוק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משאב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(ספרי ילדים על גשם וסיפורי 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(מפת ארץ ישראל ומפת 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(כוס מדידה לגשם וצמחי קטניות)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(מתכונים משפחתיים וטעימת לחם מסורתי)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(נייר קרפ בצבעי הקשת ובדים לאוהל)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(לוח מסע, דרכונים ותגים)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למשאב אחד מהדף ולסיבה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שאלות מכבדות ורגישות, קשורות למורשת ולזיכרון אישי, ומראות סקרנות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אידוי, עננים וגשם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ממשאבי הדף כמו ספר, כלי מטבח או חומר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אמיתית מכל קטגוריית משאב ולהראות לתלמידים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לדיון קצר על למה כל משאב מתאים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הפתוחה אפשר לעודד שיתוף בעל פה בזוגות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משאבים שימושיים למסע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המשאבים מוצעים כלים שונים להעשרת מסע המורשת - ספרים, מפות, מוזיקה, ניסויים ועוד. בדף תרגול זה נתרגל את המושגים והתכנים שעומדים מאחורי המשאבים.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במחזור המים אחרי שהמים מתאדים לשמיים?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הופכים לעננים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נעלמים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הופכים לאבנים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הופכים לאש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חפץ אפשר ליצור קשת צבעים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מנסרה או כוס 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כוס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חוט צמר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מהדמויות הבאות מופיעה בסיפורי התנ״ך שמוזכרים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סיגד הוא חג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להשתמש כדי למדוד כמות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כוס מדידה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מנסרה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שקית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צריך כדי לגדל נביטה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צמחי קטניות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אדמה 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מלח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בספריית הכיתה אפשר למצוא ספרים על עלייה ועל קהילות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מפת המזרח התיכון הקדום משמשת למסע של אברהם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להשמיע מוזיקה אתיופית מסורתית עם חלוקת מילים מוגנות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לקיים שיחה עם בני קהילה כמו סבים ועולים כחלק מהמסע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בהכנת מאכלים מסורתיים אין צורך לשים לב לאלרגיות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המשחוק בכיתה כוללים לוח מסע, כרטיסי משימה ותגים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התופעה הצבעונית שרואים בשמיים אחרי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נח, אברהם ושרה ו__________ הן דמויות מהתנ״ך המוזכרות במשאבים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חג מסורתי של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לגדל צמח בכיתה צריך זרעים של צמחי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דף שבו מסמנים תחנות לאורך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מפת __________ משמשת לסימון מקומות המוצא של המשפחות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משאב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נייר קרפ בצבעי הקשת ובדים לאוהל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מפות ומסלולים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ספרי ילדים על גשם וסיפורי תנ״ך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ערכת ניסויים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לוח מסע, דרכונים ותגים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מטבח של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כוס מדידה לגשם וצמחי קטניות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חומרי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מפת ארץ ישראל ומפת 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כלי משחוק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מתכונים משפחתיים וטעימת לחם מסורתי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באיזה משאב מהדף הייתם רוצים להשתמש במסע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שיחה עם בן או בת קהילה (למשל סבא או סבתא, או עולה חדש) על זיכרון מיוחד הקשור למורשת שלהם - אילו שאלות הייתם שואלים?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מחזור המים?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חג מוזכר בדף כקשור למורשת יהודי אתיופיה?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למשאב שאפשר להביא מהבית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משאבים שימושיים למסע המורשת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